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31D20" w14:textId="77777777" w:rsidR="008F582F" w:rsidRPr="006B3E7B" w:rsidRDefault="00A80667">
      <w:pPr>
        <w:pStyle w:val="Titel"/>
        <w:rPr>
          <w:lang w:val="da-DK"/>
        </w:rPr>
      </w:pPr>
      <w:r w:rsidRPr="006B3E7B">
        <w:rPr>
          <w:lang w:val="da-DK"/>
        </w:rPr>
        <w:t>10 ekstra opgaver i AC-teori</w:t>
      </w:r>
    </w:p>
    <w:p w14:paraId="54CB971B" w14:textId="50CCFA74" w:rsidR="008F582F" w:rsidRPr="006B3E7B" w:rsidRDefault="008F582F">
      <w:pPr>
        <w:rPr>
          <w:lang w:val="da-DK"/>
        </w:rPr>
      </w:pPr>
    </w:p>
    <w:p w14:paraId="2170DC60" w14:textId="77777777" w:rsidR="008F582F" w:rsidRPr="006B3E7B" w:rsidRDefault="00A80667">
      <w:pPr>
        <w:pStyle w:val="Overskrift1"/>
        <w:rPr>
          <w:lang w:val="da-DK"/>
        </w:rPr>
      </w:pPr>
      <w:r w:rsidRPr="006B3E7B">
        <w:rPr>
          <w:lang w:val="da-DK"/>
        </w:rPr>
        <w:t>Opgaver 1–5 · Seriekobling</w:t>
      </w:r>
    </w:p>
    <w:p w14:paraId="01C30221" w14:textId="77777777" w:rsidR="008F582F" w:rsidRDefault="00A80667">
      <w:r>
        <w:rPr>
          <w:noProof/>
        </w:rPr>
        <w:drawing>
          <wp:inline distT="0" distB="0" distL="0" distR="0" wp14:anchorId="79A7929D" wp14:editId="2CB085DA">
            <wp:extent cx="5760000" cy="10096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ri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0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568C2" w14:textId="77777777" w:rsidR="008F582F" w:rsidRPr="006B3E7B" w:rsidRDefault="00A80667">
      <w:pPr>
        <w:pStyle w:val="Overskrift2"/>
        <w:rPr>
          <w:lang w:val="da-DK"/>
        </w:rPr>
      </w:pPr>
      <w:r w:rsidRPr="006B3E7B">
        <w:rPr>
          <w:lang w:val="da-DK"/>
        </w:rPr>
        <w:t>Opgave 1 · Basisberegning af en serieforbindelse</w:t>
      </w:r>
    </w:p>
    <w:p w14:paraId="690099DE" w14:textId="77777777" w:rsidR="008F582F" w:rsidRPr="006B3E7B" w:rsidRDefault="00A80667">
      <w:pPr>
        <w:rPr>
          <w:lang w:val="da-DK"/>
        </w:rPr>
      </w:pPr>
      <w:r w:rsidRPr="006B3E7B">
        <w:rPr>
          <w:b/>
          <w:lang w:val="da-DK"/>
        </w:rPr>
        <w:t xml:space="preserve">Kobling: </w:t>
      </w:r>
      <w:r w:rsidRPr="006B3E7B">
        <w:rPr>
          <w:lang w:val="da-DK"/>
        </w:rPr>
        <w:t xml:space="preserve">Serie    R = 80 </w:t>
      </w:r>
      <w:r>
        <w:t>Ω</w:t>
      </w:r>
      <w:r w:rsidRPr="006B3E7B">
        <w:rPr>
          <w:lang w:val="da-DK"/>
        </w:rPr>
        <w:t xml:space="preserve">    L = 250 mH    C = 47 µF</w:t>
      </w:r>
    </w:p>
    <w:p w14:paraId="571BBDC0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Bestem Xₗ, X</w:t>
      </w:r>
      <w:r>
        <w:t>꜀</w:t>
      </w:r>
      <w:r w:rsidRPr="006B3E7B">
        <w:rPr>
          <w:lang w:val="da-DK"/>
        </w:rPr>
        <w:t>, den samlede impedans Z og kredsens strøm I. Beregn også spændingerne U</w:t>
      </w:r>
      <w:r>
        <w:t>ᵣ</w:t>
      </w:r>
      <w:r w:rsidRPr="006B3E7B">
        <w:rPr>
          <w:lang w:val="da-DK"/>
        </w:rPr>
        <w:t>, Uₗ og U</w:t>
      </w:r>
      <w:r>
        <w:t>꜀</w:t>
      </w:r>
      <w:r w:rsidRPr="006B3E7B">
        <w:rPr>
          <w:lang w:val="da-DK"/>
        </w:rPr>
        <w:t>.</w:t>
      </w:r>
    </w:p>
    <w:p w14:paraId="5E4B625D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Mellemregninger / svar:</w:t>
      </w:r>
    </w:p>
    <w:p w14:paraId="0D096E0B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3DCF50D2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555C644D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5480B9E9" w14:textId="77777777" w:rsidR="008F582F" w:rsidRPr="006B3E7B" w:rsidRDefault="00A80667">
      <w:pPr>
        <w:pStyle w:val="Overskrift2"/>
        <w:rPr>
          <w:lang w:val="da-DK"/>
        </w:rPr>
      </w:pPr>
      <w:r w:rsidRPr="006B3E7B">
        <w:rPr>
          <w:lang w:val="da-DK"/>
        </w:rPr>
        <w:t>Opgave 2 · En serieforbindelse med overvejende spolevirkning</w:t>
      </w:r>
    </w:p>
    <w:p w14:paraId="6968F49C" w14:textId="77777777" w:rsidR="008F582F" w:rsidRPr="006B3E7B" w:rsidRDefault="00A80667">
      <w:pPr>
        <w:rPr>
          <w:lang w:val="da-DK"/>
        </w:rPr>
      </w:pPr>
      <w:r w:rsidRPr="006B3E7B">
        <w:rPr>
          <w:b/>
          <w:lang w:val="da-DK"/>
        </w:rPr>
        <w:t xml:space="preserve">Kobling: </w:t>
      </w:r>
      <w:r w:rsidRPr="006B3E7B">
        <w:rPr>
          <w:lang w:val="da-DK"/>
        </w:rPr>
        <w:t xml:space="preserve">Serie    R = 60 </w:t>
      </w:r>
      <w:r>
        <w:t>Ω</w:t>
      </w:r>
      <w:r w:rsidRPr="006B3E7B">
        <w:rPr>
          <w:lang w:val="da-DK"/>
        </w:rPr>
        <w:t xml:space="preserve">    L = 400 mH    C = 33 µF</w:t>
      </w:r>
    </w:p>
    <w:p w14:paraId="7A7D041F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Bestem Xₗ, X</w:t>
      </w:r>
      <w:r>
        <w:t>꜀</w:t>
      </w:r>
      <w:r w:rsidRPr="006B3E7B">
        <w:rPr>
          <w:lang w:val="da-DK"/>
        </w:rPr>
        <w:t xml:space="preserve">, Z, I, cos </w:t>
      </w:r>
      <w:r>
        <w:t>φ</w:t>
      </w:r>
      <w:r w:rsidRPr="006B3E7B">
        <w:rPr>
          <w:lang w:val="da-DK"/>
        </w:rPr>
        <w:t xml:space="preserve"> og fasevinklen </w:t>
      </w:r>
      <w:r>
        <w:t>φ</w:t>
      </w:r>
      <w:r w:rsidRPr="006B3E7B">
        <w:rPr>
          <w:lang w:val="da-DK"/>
        </w:rPr>
        <w:t xml:space="preserve">. Afgør, om kredsen er induktiv eller </w:t>
      </w:r>
      <w:proofErr w:type="spellStart"/>
      <w:r w:rsidRPr="006B3E7B">
        <w:rPr>
          <w:lang w:val="da-DK"/>
        </w:rPr>
        <w:t>kapacitiv</w:t>
      </w:r>
      <w:proofErr w:type="spellEnd"/>
      <w:r w:rsidRPr="006B3E7B">
        <w:rPr>
          <w:lang w:val="da-DK"/>
        </w:rPr>
        <w:t>.</w:t>
      </w:r>
    </w:p>
    <w:p w14:paraId="29141858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Mellemregninger / svar:</w:t>
      </w:r>
    </w:p>
    <w:p w14:paraId="02F69DD9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4A1231F2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3712FFE3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6EEF7251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br w:type="page"/>
      </w:r>
    </w:p>
    <w:p w14:paraId="730178DF" w14:textId="77777777" w:rsidR="008F582F" w:rsidRPr="006B3E7B" w:rsidRDefault="00A80667">
      <w:pPr>
        <w:pStyle w:val="Overskrift2"/>
        <w:rPr>
          <w:lang w:val="da-DK"/>
        </w:rPr>
      </w:pPr>
      <w:r w:rsidRPr="006B3E7B">
        <w:rPr>
          <w:lang w:val="da-DK"/>
        </w:rPr>
        <w:lastRenderedPageBreak/>
        <w:t>Opgave 3 · En serieforbindelse med overvejende kondensatorvirkning</w:t>
      </w:r>
    </w:p>
    <w:p w14:paraId="1A86EF23" w14:textId="77777777" w:rsidR="008F582F" w:rsidRPr="006B3E7B" w:rsidRDefault="00A80667">
      <w:pPr>
        <w:rPr>
          <w:lang w:val="da-DK"/>
        </w:rPr>
      </w:pPr>
      <w:r w:rsidRPr="006B3E7B">
        <w:rPr>
          <w:b/>
          <w:lang w:val="da-DK"/>
        </w:rPr>
        <w:t xml:space="preserve">Kobling: </w:t>
      </w:r>
      <w:r w:rsidRPr="006B3E7B">
        <w:rPr>
          <w:lang w:val="da-DK"/>
        </w:rPr>
        <w:t xml:space="preserve">Serie    R = 100 </w:t>
      </w:r>
      <w:r>
        <w:t>Ω</w:t>
      </w:r>
      <w:r w:rsidRPr="006B3E7B">
        <w:rPr>
          <w:lang w:val="da-DK"/>
        </w:rPr>
        <w:t xml:space="preserve">    L = 120 mH    C = 22 µF</w:t>
      </w:r>
    </w:p>
    <w:p w14:paraId="4590C963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Bestem Xₗ, X</w:t>
      </w:r>
      <w:r>
        <w:t>꜀</w:t>
      </w:r>
      <w:r w:rsidRPr="006B3E7B">
        <w:rPr>
          <w:lang w:val="da-DK"/>
        </w:rPr>
        <w:t>, Z og I. Beregn aktiv effekt P, reaktiv effekt Q og tilsyneladende effekt S.</w:t>
      </w:r>
    </w:p>
    <w:p w14:paraId="5E8AB33B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Mellemregninger / svar:</w:t>
      </w:r>
    </w:p>
    <w:p w14:paraId="0A0AB73A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5823E8E9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74AB1F5D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63DF2220" w14:textId="77777777" w:rsidR="008F582F" w:rsidRPr="006B3E7B" w:rsidRDefault="00A80667">
      <w:pPr>
        <w:pStyle w:val="Overskrift2"/>
        <w:rPr>
          <w:lang w:val="da-DK"/>
        </w:rPr>
      </w:pPr>
      <w:r w:rsidRPr="006B3E7B">
        <w:rPr>
          <w:lang w:val="da-DK"/>
        </w:rPr>
        <w:t>Opgave 4 · Spændinger i en RLC-seriekreds</w:t>
      </w:r>
    </w:p>
    <w:p w14:paraId="022D22D6" w14:textId="77777777" w:rsidR="008F582F" w:rsidRPr="006B3E7B" w:rsidRDefault="00A80667">
      <w:pPr>
        <w:rPr>
          <w:lang w:val="da-DK"/>
        </w:rPr>
      </w:pPr>
      <w:r w:rsidRPr="006B3E7B">
        <w:rPr>
          <w:b/>
          <w:lang w:val="da-DK"/>
        </w:rPr>
        <w:t xml:space="preserve">Kobling: </w:t>
      </w:r>
      <w:r w:rsidRPr="006B3E7B">
        <w:rPr>
          <w:lang w:val="da-DK"/>
        </w:rPr>
        <w:t xml:space="preserve">Serie    R = 47 </w:t>
      </w:r>
      <w:r>
        <w:t>Ω</w:t>
      </w:r>
      <w:r w:rsidRPr="006B3E7B">
        <w:rPr>
          <w:lang w:val="da-DK"/>
        </w:rPr>
        <w:t xml:space="preserve">    L = 320 mH    C = 68 µF</w:t>
      </w:r>
    </w:p>
    <w:p w14:paraId="189E0CDD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Beregn Xₗ, X</w:t>
      </w:r>
      <w:r>
        <w:t>꜀</w:t>
      </w:r>
      <w:r w:rsidRPr="006B3E7B">
        <w:rPr>
          <w:lang w:val="da-DK"/>
        </w:rPr>
        <w:t>, Z, I samt U</w:t>
      </w:r>
      <w:r>
        <w:t>ᵣ</w:t>
      </w:r>
      <w:r w:rsidRPr="006B3E7B">
        <w:rPr>
          <w:lang w:val="da-DK"/>
        </w:rPr>
        <w:t>, Uₗ og U</w:t>
      </w:r>
      <w:r>
        <w:t>꜀</w:t>
      </w:r>
      <w:r w:rsidRPr="006B3E7B">
        <w:rPr>
          <w:lang w:val="da-DK"/>
        </w:rPr>
        <w:t>. Forklar kort, hvorfor de tre delspændinger ikke blot kan lægges sammen som almindelige tal.</w:t>
      </w:r>
    </w:p>
    <w:p w14:paraId="026038B5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Mellemregninger / svar:</w:t>
      </w:r>
    </w:p>
    <w:p w14:paraId="406C27A2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10394E52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017E4974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64D49A51" w14:textId="77777777" w:rsidR="008F582F" w:rsidRPr="006B3E7B" w:rsidRDefault="00A80667">
      <w:pPr>
        <w:pStyle w:val="Overskrift2"/>
        <w:rPr>
          <w:lang w:val="da-DK"/>
        </w:rPr>
      </w:pPr>
      <w:r w:rsidRPr="006B3E7B">
        <w:rPr>
          <w:lang w:val="da-DK"/>
        </w:rPr>
        <w:t>Opgave 5 · Effektfaktor i en RLC-seriekreds</w:t>
      </w:r>
    </w:p>
    <w:p w14:paraId="4B30F197" w14:textId="77777777" w:rsidR="008F582F" w:rsidRPr="006B3E7B" w:rsidRDefault="00A80667">
      <w:pPr>
        <w:rPr>
          <w:lang w:val="da-DK"/>
        </w:rPr>
      </w:pPr>
      <w:r w:rsidRPr="006B3E7B">
        <w:rPr>
          <w:b/>
          <w:lang w:val="da-DK"/>
        </w:rPr>
        <w:t xml:space="preserve">Kobling: </w:t>
      </w:r>
      <w:r w:rsidRPr="006B3E7B">
        <w:rPr>
          <w:lang w:val="da-DK"/>
        </w:rPr>
        <w:t xml:space="preserve">Serie    R = 150 </w:t>
      </w:r>
      <w:r>
        <w:t>Ω</w:t>
      </w:r>
      <w:r w:rsidRPr="006B3E7B">
        <w:rPr>
          <w:lang w:val="da-DK"/>
        </w:rPr>
        <w:t xml:space="preserve">    L = 160 mH    C = 33 µF</w:t>
      </w:r>
    </w:p>
    <w:p w14:paraId="2FB0FCD5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Beregn Xₗ, X</w:t>
      </w:r>
      <w:r>
        <w:t>꜀</w:t>
      </w:r>
      <w:r w:rsidRPr="006B3E7B">
        <w:rPr>
          <w:lang w:val="da-DK"/>
        </w:rPr>
        <w:t xml:space="preserve">, Z, I, cos </w:t>
      </w:r>
      <w:r>
        <w:t>φ</w:t>
      </w:r>
      <w:r w:rsidRPr="006B3E7B">
        <w:rPr>
          <w:lang w:val="da-DK"/>
        </w:rPr>
        <w:t xml:space="preserve"> samt P, Q og S. Forklar, om strømmen er foran eller efter spændingen.</w:t>
      </w:r>
    </w:p>
    <w:p w14:paraId="33E03C17" w14:textId="77777777" w:rsidR="008F582F" w:rsidRDefault="00A80667">
      <w:proofErr w:type="spellStart"/>
      <w:r>
        <w:t>Mellemregninger</w:t>
      </w:r>
      <w:proofErr w:type="spellEnd"/>
      <w:r>
        <w:t xml:space="preserve"> / </w:t>
      </w:r>
      <w:proofErr w:type="spellStart"/>
      <w:r>
        <w:t>svar</w:t>
      </w:r>
      <w:proofErr w:type="spellEnd"/>
      <w:r>
        <w:t>:</w:t>
      </w:r>
    </w:p>
    <w:p w14:paraId="3C6E077C" w14:textId="77777777" w:rsidR="008F582F" w:rsidRDefault="00A80667">
      <w:pPr>
        <w:spacing w:after="80"/>
      </w:pPr>
      <w:r>
        <w:t>________________________________________________________________________________________________</w:t>
      </w:r>
    </w:p>
    <w:p w14:paraId="642204AC" w14:textId="77777777" w:rsidR="008F582F" w:rsidRDefault="00A80667">
      <w:pPr>
        <w:spacing w:after="80"/>
      </w:pPr>
      <w:r>
        <w:t>________________________________________________________________________________________________</w:t>
      </w:r>
    </w:p>
    <w:p w14:paraId="081A3884" w14:textId="77777777" w:rsidR="008F582F" w:rsidRDefault="00A80667">
      <w:pPr>
        <w:spacing w:after="80"/>
      </w:pPr>
      <w:r>
        <w:t>________________________________________________________________________________________________</w:t>
      </w:r>
    </w:p>
    <w:p w14:paraId="70F6E75B" w14:textId="77777777" w:rsidR="008F582F" w:rsidRDefault="00A80667">
      <w:r>
        <w:br w:type="page"/>
      </w:r>
    </w:p>
    <w:p w14:paraId="4B16923B" w14:textId="77777777" w:rsidR="008F582F" w:rsidRDefault="00A80667">
      <w:pPr>
        <w:pStyle w:val="Overskrift1"/>
      </w:pPr>
      <w:r>
        <w:lastRenderedPageBreak/>
        <w:t>Opgaver 6–10 · Parallelkobling</w:t>
      </w:r>
    </w:p>
    <w:p w14:paraId="3BF4CB28" w14:textId="77777777" w:rsidR="008F582F" w:rsidRDefault="00A80667">
      <w:r>
        <w:rPr>
          <w:noProof/>
        </w:rPr>
        <w:drawing>
          <wp:inline distT="0" distB="0" distL="0" distR="0" wp14:anchorId="0B0BB691" wp14:editId="5B679F42">
            <wp:extent cx="5760000" cy="10216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alle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2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2A2AF" w14:textId="77777777" w:rsidR="008F582F" w:rsidRPr="006B3E7B" w:rsidRDefault="00A80667">
      <w:pPr>
        <w:pStyle w:val="Overskrift2"/>
        <w:rPr>
          <w:lang w:val="da-DK"/>
        </w:rPr>
      </w:pPr>
      <w:r w:rsidRPr="006B3E7B">
        <w:rPr>
          <w:lang w:val="da-DK"/>
        </w:rPr>
        <w:t>Opgave 6 · Basisberegning af en parallelforbindelse</w:t>
      </w:r>
    </w:p>
    <w:p w14:paraId="00C7F5A9" w14:textId="77777777" w:rsidR="008F582F" w:rsidRPr="006B3E7B" w:rsidRDefault="00A80667">
      <w:pPr>
        <w:rPr>
          <w:lang w:val="da-DK"/>
        </w:rPr>
      </w:pPr>
      <w:r w:rsidRPr="006B3E7B">
        <w:rPr>
          <w:b/>
          <w:lang w:val="da-DK"/>
        </w:rPr>
        <w:t xml:space="preserve">Kobling: </w:t>
      </w:r>
      <w:r w:rsidRPr="006B3E7B">
        <w:rPr>
          <w:lang w:val="da-DK"/>
        </w:rPr>
        <w:t xml:space="preserve">Parallel    R = 120 </w:t>
      </w:r>
      <w:r>
        <w:t>Ω</w:t>
      </w:r>
      <w:r w:rsidRPr="006B3E7B">
        <w:rPr>
          <w:lang w:val="da-DK"/>
        </w:rPr>
        <w:t xml:space="preserve">    L = 300 mH    C = 22 µF</w:t>
      </w:r>
    </w:p>
    <w:p w14:paraId="1227FEF5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Beregn Xₗ og X</w:t>
      </w:r>
      <w:r>
        <w:t>꜀</w:t>
      </w:r>
      <w:r w:rsidRPr="006B3E7B">
        <w:rPr>
          <w:lang w:val="da-DK"/>
        </w:rPr>
        <w:t xml:space="preserve"> samt grenstrømmene I</w:t>
      </w:r>
      <w:r>
        <w:t>ᵣ</w:t>
      </w:r>
      <w:r w:rsidRPr="006B3E7B">
        <w:rPr>
          <w:lang w:val="da-DK"/>
        </w:rPr>
        <w:t>, Iₗ og I</w:t>
      </w:r>
      <w:r>
        <w:t>꜀</w:t>
      </w:r>
      <w:r w:rsidRPr="006B3E7B">
        <w:rPr>
          <w:lang w:val="da-DK"/>
        </w:rPr>
        <w:t xml:space="preserve">. Find den samlede </w:t>
      </w:r>
      <w:proofErr w:type="spellStart"/>
      <w:r w:rsidRPr="006B3E7B">
        <w:rPr>
          <w:lang w:val="da-DK"/>
        </w:rPr>
        <w:t>netstrøm</w:t>
      </w:r>
      <w:proofErr w:type="spellEnd"/>
      <w:r w:rsidRPr="006B3E7B">
        <w:rPr>
          <w:lang w:val="da-DK"/>
        </w:rPr>
        <w:t xml:space="preserve"> I og cos </w:t>
      </w:r>
      <w:r>
        <w:t>φ</w:t>
      </w:r>
      <w:r w:rsidRPr="006B3E7B">
        <w:rPr>
          <w:lang w:val="da-DK"/>
        </w:rPr>
        <w:t>.</w:t>
      </w:r>
    </w:p>
    <w:p w14:paraId="236CB714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Mellemregninger / svar:</w:t>
      </w:r>
    </w:p>
    <w:p w14:paraId="1CB8307B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61288EF9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6C01D60F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1D7DFFAD" w14:textId="77777777" w:rsidR="008F582F" w:rsidRPr="006B3E7B" w:rsidRDefault="00A80667">
      <w:pPr>
        <w:pStyle w:val="Overskrift2"/>
        <w:rPr>
          <w:lang w:val="da-DK"/>
        </w:rPr>
      </w:pPr>
      <w:r w:rsidRPr="006B3E7B">
        <w:rPr>
          <w:lang w:val="da-DK"/>
        </w:rPr>
        <w:t>Opgave 7 · Strømme i tre parallelle grene</w:t>
      </w:r>
    </w:p>
    <w:p w14:paraId="05C65E00" w14:textId="77777777" w:rsidR="008F582F" w:rsidRPr="006B3E7B" w:rsidRDefault="00A80667">
      <w:pPr>
        <w:rPr>
          <w:lang w:val="da-DK"/>
        </w:rPr>
      </w:pPr>
      <w:r w:rsidRPr="006B3E7B">
        <w:rPr>
          <w:b/>
          <w:lang w:val="da-DK"/>
        </w:rPr>
        <w:t xml:space="preserve">Kobling: </w:t>
      </w:r>
      <w:r w:rsidRPr="006B3E7B">
        <w:rPr>
          <w:lang w:val="da-DK"/>
        </w:rPr>
        <w:t xml:space="preserve">Parallel    R = 150 </w:t>
      </w:r>
      <w:r>
        <w:t>Ω</w:t>
      </w:r>
      <w:r w:rsidRPr="006B3E7B">
        <w:rPr>
          <w:lang w:val="da-DK"/>
        </w:rPr>
        <w:t xml:space="preserve">    L = 200 mH    C = 47 µF</w:t>
      </w:r>
    </w:p>
    <w:p w14:paraId="2610EAC9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Beregn I</w:t>
      </w:r>
      <w:r>
        <w:t>ᵣ</w:t>
      </w:r>
      <w:r w:rsidRPr="006B3E7B">
        <w:rPr>
          <w:lang w:val="da-DK"/>
        </w:rPr>
        <w:t>, Iₗ og I</w:t>
      </w:r>
      <w:r>
        <w:t>꜀</w:t>
      </w:r>
      <w:r w:rsidRPr="006B3E7B">
        <w:rPr>
          <w:lang w:val="da-DK"/>
        </w:rPr>
        <w:t>, og find den reaktive delstrøm Iₗ − I</w:t>
      </w:r>
      <w:r>
        <w:t>꜀</w:t>
      </w:r>
      <w:r w:rsidRPr="006B3E7B">
        <w:rPr>
          <w:lang w:val="da-DK"/>
        </w:rPr>
        <w:t>. Bestem I og forklar, hvorfor de tre grenstrømme ikke kan lægges sammen direkte.</w:t>
      </w:r>
    </w:p>
    <w:p w14:paraId="720BF11D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Mellemregninger / svar:</w:t>
      </w:r>
    </w:p>
    <w:p w14:paraId="4F2DEC68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2FD329D3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52F84789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19DD4257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br w:type="page"/>
      </w:r>
    </w:p>
    <w:p w14:paraId="5846C8D7" w14:textId="77777777" w:rsidR="008F582F" w:rsidRPr="006B3E7B" w:rsidRDefault="00A80667">
      <w:pPr>
        <w:pStyle w:val="Overskrift2"/>
        <w:rPr>
          <w:lang w:val="da-DK"/>
        </w:rPr>
      </w:pPr>
      <w:r w:rsidRPr="006B3E7B">
        <w:rPr>
          <w:lang w:val="da-DK"/>
        </w:rPr>
        <w:lastRenderedPageBreak/>
        <w:t>Opgave 8 · Effekt og faseforskydning i en parallelkreds</w:t>
      </w:r>
    </w:p>
    <w:p w14:paraId="2E93B3A7" w14:textId="77777777" w:rsidR="008F582F" w:rsidRPr="006B3E7B" w:rsidRDefault="00A80667">
      <w:pPr>
        <w:rPr>
          <w:lang w:val="da-DK"/>
        </w:rPr>
      </w:pPr>
      <w:r w:rsidRPr="006B3E7B">
        <w:rPr>
          <w:b/>
          <w:lang w:val="da-DK"/>
        </w:rPr>
        <w:t xml:space="preserve">Kobling: </w:t>
      </w:r>
      <w:r w:rsidRPr="006B3E7B">
        <w:rPr>
          <w:lang w:val="da-DK"/>
        </w:rPr>
        <w:t xml:space="preserve">Parallel    R = 200 </w:t>
      </w:r>
      <w:r>
        <w:t>Ω</w:t>
      </w:r>
      <w:r w:rsidRPr="006B3E7B">
        <w:rPr>
          <w:lang w:val="da-DK"/>
        </w:rPr>
        <w:t xml:space="preserve">    L = 500 mH    C = 33 µF</w:t>
      </w:r>
    </w:p>
    <w:p w14:paraId="735FD572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 xml:space="preserve">Beregn grenstrømmene, den samlede strøm I, cos </w:t>
      </w:r>
      <w:r>
        <w:t>φ</w:t>
      </w:r>
      <w:r w:rsidRPr="006B3E7B">
        <w:rPr>
          <w:lang w:val="da-DK"/>
        </w:rPr>
        <w:t xml:space="preserve"> og fasevinklen </w:t>
      </w:r>
      <w:r>
        <w:t>φ</w:t>
      </w:r>
      <w:r w:rsidRPr="006B3E7B">
        <w:rPr>
          <w:lang w:val="da-DK"/>
        </w:rPr>
        <w:t>. Beregn også P, Q og S.</w:t>
      </w:r>
    </w:p>
    <w:p w14:paraId="3E8C7711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Mellemregninger / svar:</w:t>
      </w:r>
    </w:p>
    <w:p w14:paraId="2DC09C5F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513BB024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79E147CA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528C141B" w14:textId="77777777" w:rsidR="008F582F" w:rsidRPr="006B3E7B" w:rsidRDefault="00A80667">
      <w:pPr>
        <w:pStyle w:val="Overskrift2"/>
        <w:rPr>
          <w:lang w:val="da-DK"/>
        </w:rPr>
      </w:pPr>
      <w:r w:rsidRPr="006B3E7B">
        <w:rPr>
          <w:lang w:val="da-DK"/>
        </w:rPr>
        <w:t>Opgave 9 · En parallelkreds med stor spolestrøm</w:t>
      </w:r>
    </w:p>
    <w:p w14:paraId="62EC363C" w14:textId="77777777" w:rsidR="008F582F" w:rsidRPr="006B3E7B" w:rsidRDefault="00A80667">
      <w:pPr>
        <w:rPr>
          <w:lang w:val="da-DK"/>
        </w:rPr>
      </w:pPr>
      <w:r w:rsidRPr="006B3E7B">
        <w:rPr>
          <w:b/>
          <w:lang w:val="da-DK"/>
        </w:rPr>
        <w:t xml:space="preserve">Kobling: </w:t>
      </w:r>
      <w:r w:rsidRPr="006B3E7B">
        <w:rPr>
          <w:lang w:val="da-DK"/>
        </w:rPr>
        <w:t xml:space="preserve">Parallel    R = 100 </w:t>
      </w:r>
      <w:r>
        <w:t>Ω</w:t>
      </w:r>
      <w:r w:rsidRPr="006B3E7B">
        <w:rPr>
          <w:lang w:val="da-DK"/>
        </w:rPr>
        <w:t xml:space="preserve">    L = 180 mH    C = 22 µF</w:t>
      </w:r>
    </w:p>
    <w:p w14:paraId="1AE98141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Beregn I</w:t>
      </w:r>
      <w:r>
        <w:t>ᵣ</w:t>
      </w:r>
      <w:r w:rsidRPr="006B3E7B">
        <w:rPr>
          <w:lang w:val="da-DK"/>
        </w:rPr>
        <w:t>, Iₗ, I</w:t>
      </w:r>
      <w:r>
        <w:t>꜀</w:t>
      </w:r>
      <w:r w:rsidRPr="006B3E7B">
        <w:rPr>
          <w:lang w:val="da-DK"/>
        </w:rPr>
        <w:t xml:space="preserve"> og I. Bestem cos </w:t>
      </w:r>
      <w:r>
        <w:t>φ</w:t>
      </w:r>
      <w:r w:rsidRPr="006B3E7B">
        <w:rPr>
          <w:lang w:val="da-DK"/>
        </w:rPr>
        <w:t xml:space="preserve"> og de tre effekter P, Q og S. Er kredsen induktiv eller </w:t>
      </w:r>
      <w:proofErr w:type="spellStart"/>
      <w:r w:rsidRPr="006B3E7B">
        <w:rPr>
          <w:lang w:val="da-DK"/>
        </w:rPr>
        <w:t>kapacitiv</w:t>
      </w:r>
      <w:proofErr w:type="spellEnd"/>
      <w:r w:rsidRPr="006B3E7B">
        <w:rPr>
          <w:lang w:val="da-DK"/>
        </w:rPr>
        <w:t>?</w:t>
      </w:r>
    </w:p>
    <w:p w14:paraId="0B104BD8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Mellemregninger / svar:</w:t>
      </w:r>
    </w:p>
    <w:p w14:paraId="0B3A5DE9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59316F36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588453F7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67961367" w14:textId="77777777" w:rsidR="008F582F" w:rsidRPr="006B3E7B" w:rsidRDefault="00A80667">
      <w:pPr>
        <w:pStyle w:val="Overskrift2"/>
        <w:rPr>
          <w:lang w:val="da-DK"/>
        </w:rPr>
      </w:pPr>
      <w:r w:rsidRPr="006B3E7B">
        <w:rPr>
          <w:lang w:val="da-DK"/>
        </w:rPr>
        <w:t>Opgave 10 · Faseforhold i en RLC-parallelkreds</w:t>
      </w:r>
    </w:p>
    <w:p w14:paraId="03734D1C" w14:textId="77777777" w:rsidR="008F582F" w:rsidRPr="006B3E7B" w:rsidRDefault="00A80667">
      <w:pPr>
        <w:rPr>
          <w:lang w:val="da-DK"/>
        </w:rPr>
      </w:pPr>
      <w:r w:rsidRPr="006B3E7B">
        <w:rPr>
          <w:b/>
          <w:lang w:val="da-DK"/>
        </w:rPr>
        <w:t xml:space="preserve">Kobling: </w:t>
      </w:r>
      <w:r w:rsidRPr="006B3E7B">
        <w:rPr>
          <w:lang w:val="da-DK"/>
        </w:rPr>
        <w:t xml:space="preserve">Parallel    R = 180 </w:t>
      </w:r>
      <w:r>
        <w:t>Ω</w:t>
      </w:r>
      <w:r w:rsidRPr="006B3E7B">
        <w:rPr>
          <w:lang w:val="da-DK"/>
        </w:rPr>
        <w:t xml:space="preserve">    L = 350 mH    C = 47 µF</w:t>
      </w:r>
    </w:p>
    <w:p w14:paraId="7961D3DB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Beregn Xₗ, X</w:t>
      </w:r>
      <w:r>
        <w:t>꜀</w:t>
      </w:r>
      <w:r w:rsidRPr="006B3E7B">
        <w:rPr>
          <w:lang w:val="da-DK"/>
        </w:rPr>
        <w:t xml:space="preserve">, grenstrømmene, I, cos </w:t>
      </w:r>
      <w:r>
        <w:t>φ</w:t>
      </w:r>
      <w:r w:rsidRPr="006B3E7B">
        <w:rPr>
          <w:lang w:val="da-DK"/>
        </w:rPr>
        <w:t xml:space="preserve"> samt P, Q og S. Forklar, om </w:t>
      </w:r>
      <w:proofErr w:type="spellStart"/>
      <w:r w:rsidRPr="006B3E7B">
        <w:rPr>
          <w:lang w:val="da-DK"/>
        </w:rPr>
        <w:t>netstrømmen</w:t>
      </w:r>
      <w:proofErr w:type="spellEnd"/>
      <w:r w:rsidRPr="006B3E7B">
        <w:rPr>
          <w:lang w:val="da-DK"/>
        </w:rPr>
        <w:t xml:space="preserve"> er foran eller efter spændingen.</w:t>
      </w:r>
    </w:p>
    <w:p w14:paraId="39096A9A" w14:textId="77777777" w:rsidR="008F582F" w:rsidRPr="006B3E7B" w:rsidRDefault="00A80667">
      <w:pPr>
        <w:rPr>
          <w:lang w:val="da-DK"/>
        </w:rPr>
      </w:pPr>
      <w:r w:rsidRPr="006B3E7B">
        <w:rPr>
          <w:lang w:val="da-DK"/>
        </w:rPr>
        <w:t>Mellemregninger / svar:</w:t>
      </w:r>
    </w:p>
    <w:p w14:paraId="394B5B1B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1AF2E763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73A38CDD" w14:textId="77777777" w:rsidR="008F582F" w:rsidRPr="006B3E7B" w:rsidRDefault="00A80667">
      <w:pPr>
        <w:spacing w:after="80"/>
        <w:rPr>
          <w:lang w:val="da-DK"/>
        </w:rPr>
      </w:pPr>
      <w:r w:rsidRPr="006B3E7B">
        <w:rPr>
          <w:lang w:val="da-DK"/>
        </w:rPr>
        <w:t>________________________________________________________________________________________________</w:t>
      </w:r>
    </w:p>
    <w:p w14:paraId="1F722950" w14:textId="670B6634" w:rsidR="008F582F" w:rsidRPr="006B3E7B" w:rsidRDefault="00A80667">
      <w:pPr>
        <w:rPr>
          <w:lang w:val="da-DK"/>
        </w:rPr>
      </w:pPr>
      <w:r w:rsidRPr="006B3E7B">
        <w:rPr>
          <w:lang w:val="da-DK"/>
        </w:rPr>
        <w:br w:type="page"/>
      </w:r>
    </w:p>
    <w:sectPr w:rsidR="008F582F" w:rsidRPr="006B3E7B" w:rsidSect="00034616">
      <w:headerReference w:type="default" r:id="rId10"/>
      <w:footerReference w:type="default" r:id="rId11"/>
      <w:pgSz w:w="12240" w:h="15840"/>
      <w:pgMar w:top="935" w:right="1162" w:bottom="879" w:left="116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1D303" w14:textId="77777777" w:rsidR="00A80667" w:rsidRDefault="00A80667">
      <w:pPr>
        <w:spacing w:after="0" w:line="240" w:lineRule="auto"/>
      </w:pPr>
      <w:r>
        <w:separator/>
      </w:r>
    </w:p>
  </w:endnote>
  <w:endnote w:type="continuationSeparator" w:id="0">
    <w:p w14:paraId="0EC111F0" w14:textId="77777777" w:rsidR="00A80667" w:rsidRDefault="00A80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DF594" w14:textId="77777777" w:rsidR="008F582F" w:rsidRDefault="00A80667">
    <w:pPr>
      <w:pStyle w:val="Sidefod"/>
      <w:jc w:val="right"/>
    </w:pPr>
    <w:r>
      <w:rPr>
        <w:sz w:val="16"/>
      </w:rPr>
      <w:t xml:space="preserve">230 V · 50 </w:t>
    </w:r>
    <w:proofErr w:type="gramStart"/>
    <w:r>
      <w:rPr>
        <w:sz w:val="16"/>
      </w:rPr>
      <w:t>Hz  •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6B3E7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30465" w14:textId="77777777" w:rsidR="00A80667" w:rsidRDefault="00A80667">
      <w:pPr>
        <w:spacing w:after="0" w:line="240" w:lineRule="auto"/>
      </w:pPr>
      <w:r>
        <w:separator/>
      </w:r>
    </w:p>
  </w:footnote>
  <w:footnote w:type="continuationSeparator" w:id="0">
    <w:p w14:paraId="7F319E9F" w14:textId="77777777" w:rsidR="00A80667" w:rsidRDefault="00A80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27479" w14:textId="77777777" w:rsidR="008F582F" w:rsidRDefault="00A80667">
    <w:pPr>
      <w:pStyle w:val="Sidehoved"/>
      <w:jc w:val="right"/>
    </w:pPr>
    <w:r>
      <w:rPr>
        <w:b/>
        <w:color w:val="3D5B70"/>
        <w:sz w:val="16"/>
      </w:rPr>
      <w:t>ELEKTRIKER · H</w:t>
    </w:r>
    <w:proofErr w:type="gramStart"/>
    <w:r>
      <w:rPr>
        <w:b/>
        <w:color w:val="3D5B70"/>
        <w:sz w:val="16"/>
      </w:rPr>
      <w:t>1  |</w:t>
    </w:r>
    <w:proofErr w:type="gramEnd"/>
    <w:r>
      <w:rPr>
        <w:b/>
        <w:color w:val="3D5B70"/>
        <w:sz w:val="16"/>
      </w:rPr>
      <w:t xml:space="preserve">  AC-TEORI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2822647">
    <w:abstractNumId w:val="8"/>
  </w:num>
  <w:num w:numId="2" w16cid:durableId="1196650566">
    <w:abstractNumId w:val="6"/>
  </w:num>
  <w:num w:numId="3" w16cid:durableId="413860658">
    <w:abstractNumId w:val="5"/>
  </w:num>
  <w:num w:numId="4" w16cid:durableId="1754471450">
    <w:abstractNumId w:val="4"/>
  </w:num>
  <w:num w:numId="5" w16cid:durableId="1093623639">
    <w:abstractNumId w:val="7"/>
  </w:num>
  <w:num w:numId="6" w16cid:durableId="497888893">
    <w:abstractNumId w:val="3"/>
  </w:num>
  <w:num w:numId="7" w16cid:durableId="620383678">
    <w:abstractNumId w:val="2"/>
  </w:num>
  <w:num w:numId="8" w16cid:durableId="1211382136">
    <w:abstractNumId w:val="1"/>
  </w:num>
  <w:num w:numId="9" w16cid:durableId="1896893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B3E7B"/>
    <w:rsid w:val="008F582F"/>
    <w:rsid w:val="00952A04"/>
    <w:rsid w:val="00A8066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7042A7"/>
  <w14:defaultImageDpi w14:val="300"/>
  <w15:docId w15:val="{5A8A8F40-4F29-41DE-A110-6FB2BF92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180" w:after="0"/>
      <w:outlineLvl w:val="0"/>
    </w:pPr>
    <w:rPr>
      <w:rFonts w:asciiTheme="majorHAnsi" w:eastAsiaTheme="majorEastAsia" w:hAnsiTheme="majorHAnsi" w:cstheme="majorBidi"/>
      <w:b/>
      <w:bCs/>
      <w:color w:val="173450"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100" w:after="0"/>
      <w:outlineLvl w:val="1"/>
    </w:pPr>
    <w:rPr>
      <w:rFonts w:asciiTheme="majorHAnsi" w:eastAsiaTheme="majorEastAsia" w:hAnsiTheme="majorHAnsi" w:cstheme="majorBidi"/>
      <w:b/>
      <w:bCs/>
      <w:color w:val="173450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450"/>
      <w:spacing w:val="5"/>
      <w:kern w:val="28"/>
      <w:sz w:val="46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755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 Dan Kastrup Flændsdal</cp:lastModifiedBy>
  <cp:revision>2</cp:revision>
  <dcterms:created xsi:type="dcterms:W3CDTF">2013-12-23T23:15:00Z</dcterms:created>
  <dcterms:modified xsi:type="dcterms:W3CDTF">2026-11-02T12:12:00Z</dcterms:modified>
  <cp:category/>
</cp:coreProperties>
</file>